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1D8CC" w14:textId="77777777" w:rsidR="00DC42ED" w:rsidRDefault="00000000">
      <w:pPr>
        <w:spacing w:after="0" w:line="235" w:lineRule="auto"/>
        <w:jc w:val="center"/>
      </w:pPr>
      <w:r>
        <w:rPr>
          <w:b/>
          <w:color w:val="1F4E79"/>
          <w:sz w:val="34"/>
        </w:rPr>
        <w:t>MALLESWARI KOSURI</w:t>
      </w:r>
    </w:p>
    <w:p w14:paraId="6996EEF6" w14:textId="77777777" w:rsidR="00DC42ED" w:rsidRDefault="00000000">
      <w:pPr>
        <w:spacing w:after="20" w:line="235" w:lineRule="auto"/>
        <w:jc w:val="center"/>
      </w:pPr>
      <w:r>
        <w:rPr>
          <w:b/>
          <w:sz w:val="21"/>
        </w:rPr>
        <w:t>AI/ML Engineer | Python | Machine Learning | NLP | Scikit-learn | SQL</w:t>
      </w:r>
    </w:p>
    <w:p w14:paraId="5E5A3FF0" w14:textId="77777777" w:rsidR="00DC42ED" w:rsidRDefault="00000000">
      <w:pPr>
        <w:spacing w:after="20" w:line="235" w:lineRule="auto"/>
        <w:jc w:val="center"/>
      </w:pPr>
      <w:r>
        <w:rPr>
          <w:sz w:val="17"/>
        </w:rPr>
        <w:t xml:space="preserve">India | malleswarikosuri1702@gmail.com | +91 7075228709 | </w:t>
      </w:r>
      <w:hyperlink r:id="rId6">
        <w:r>
          <w:rPr>
            <w:color w:val="0563C1"/>
            <w:u w:val="single"/>
          </w:rPr>
          <w:t>GitHub</w:t>
        </w:r>
      </w:hyperlink>
    </w:p>
    <w:p w14:paraId="4753BB98" w14:textId="77777777" w:rsidR="00DC42ED" w:rsidRDefault="00000000">
      <w:pPr>
        <w:pBdr>
          <w:bottom w:val="single" w:sz="10" w:space="2" w:color="1F4E79"/>
        </w:pBdr>
        <w:spacing w:before="60" w:after="20" w:line="235" w:lineRule="auto"/>
      </w:pPr>
      <w:r>
        <w:rPr>
          <w:b/>
          <w:color w:val="1F4E79"/>
          <w:sz w:val="20"/>
        </w:rPr>
        <w:t>PROFESSIONAL SUMMARY</w:t>
      </w:r>
    </w:p>
    <w:p w14:paraId="4712DEF7" w14:textId="72AE9374" w:rsidR="00E66FFD" w:rsidRPr="00E66FFD" w:rsidRDefault="00000000">
      <w:pPr>
        <w:spacing w:line="235" w:lineRule="auto"/>
        <w:rPr>
          <w:sz w:val="17"/>
        </w:rPr>
      </w:pPr>
      <w:r>
        <w:rPr>
          <w:sz w:val="17"/>
        </w:rPr>
        <w:t xml:space="preserve">AI/ML-focused technology professional with </w:t>
      </w:r>
      <w:r w:rsidR="005A3140">
        <w:rPr>
          <w:sz w:val="17"/>
        </w:rPr>
        <w:t>5</w:t>
      </w:r>
      <w:r>
        <w:rPr>
          <w:sz w:val="17"/>
        </w:rPr>
        <w:t xml:space="preserve"> years of IT experience spanning production support, automation, data-driven troubleshooting and hands-on machine learning projects. Strong in Python, SQL/MySQL and scikit-learn, with practical knowledge of machine learning model development, NLP, data preprocessing, feature engineering and model evaluation. Built customer churn and customer-message classification solutions using Python, Pandas, TF-IDF and Logistic Regression. Foundational knowledge of deep learning concepts (CNN, RNN and NLP models), </w:t>
      </w:r>
      <w:r w:rsidR="005A3140">
        <w:rPr>
          <w:sz w:val="17"/>
        </w:rPr>
        <w:t xml:space="preserve">release </w:t>
      </w:r>
      <w:r>
        <w:rPr>
          <w:sz w:val="17"/>
        </w:rPr>
        <w:t>deployment, LLMs, Generative AI</w:t>
      </w:r>
      <w:r w:rsidR="005A3140">
        <w:rPr>
          <w:sz w:val="17"/>
        </w:rPr>
        <w:t xml:space="preserve"> (Basic) </w:t>
      </w:r>
      <w:r>
        <w:rPr>
          <w:sz w:val="17"/>
        </w:rPr>
        <w:t>and vector databases</w:t>
      </w:r>
      <w:r w:rsidR="005A3140">
        <w:rPr>
          <w:sz w:val="17"/>
        </w:rPr>
        <w:t xml:space="preserve"> (</w:t>
      </w:r>
      <w:r w:rsidR="005A3140">
        <w:rPr>
          <w:sz w:val="17"/>
        </w:rPr>
        <w:t>(Basic)</w:t>
      </w:r>
      <w:r>
        <w:rPr>
          <w:sz w:val="17"/>
        </w:rPr>
        <w:t>, with AWS exposure. Proven problem-solving, analytical, cross-functional collaboration and production troubleshooting experience in regulated enterprise environments.</w:t>
      </w:r>
    </w:p>
    <w:p w14:paraId="1876D854" w14:textId="77777777" w:rsidR="00DC42ED" w:rsidRDefault="00000000">
      <w:pPr>
        <w:pBdr>
          <w:bottom w:val="single" w:sz="10" w:space="2" w:color="1F4E79"/>
        </w:pBdr>
        <w:spacing w:before="60" w:after="20" w:line="235" w:lineRule="auto"/>
      </w:pPr>
      <w:r>
        <w:rPr>
          <w:b/>
          <w:color w:val="1F4E79"/>
          <w:sz w:val="20"/>
        </w:rPr>
        <w:t>KEY SKILLS</w:t>
      </w:r>
    </w:p>
    <w:p w14:paraId="2255DC5E" w14:textId="77777777" w:rsidR="00DC42ED" w:rsidRDefault="00000000">
      <w:pPr>
        <w:spacing w:after="12" w:line="235" w:lineRule="auto"/>
      </w:pPr>
      <w:r>
        <w:rPr>
          <w:b/>
          <w:sz w:val="17"/>
        </w:rPr>
        <w:t xml:space="preserve">Programming: </w:t>
      </w:r>
      <w:r>
        <w:rPr>
          <w:sz w:val="17"/>
        </w:rPr>
        <w:t>Python, SQL, MySQL; Java-based application support</w:t>
      </w:r>
    </w:p>
    <w:p w14:paraId="52F3D16C" w14:textId="77777777" w:rsidR="00DC42ED" w:rsidRDefault="00000000">
      <w:pPr>
        <w:spacing w:after="12" w:line="235" w:lineRule="auto"/>
      </w:pPr>
      <w:r>
        <w:rPr>
          <w:b/>
          <w:sz w:val="17"/>
        </w:rPr>
        <w:t xml:space="preserve">Machine Learning: </w:t>
      </w:r>
      <w:r>
        <w:rPr>
          <w:sz w:val="17"/>
        </w:rPr>
        <w:t>Supervised learning, classification, model development, model training, model evaluation, model optimization fundamentals</w:t>
      </w:r>
    </w:p>
    <w:p w14:paraId="6EB5FCD0" w14:textId="77777777" w:rsidR="00DC42ED" w:rsidRDefault="00000000">
      <w:pPr>
        <w:spacing w:after="12" w:line="235" w:lineRule="auto"/>
      </w:pPr>
      <w:r>
        <w:rPr>
          <w:b/>
          <w:sz w:val="17"/>
        </w:rPr>
        <w:t xml:space="preserve">NLP &amp; Deep Learning: </w:t>
      </w:r>
      <w:r>
        <w:rPr>
          <w:sz w:val="17"/>
        </w:rPr>
        <w:t>TF-IDF, unigram/bigram features, multiclass text classification; foundational understanding of CNN, RNN and NLP models</w:t>
      </w:r>
    </w:p>
    <w:p w14:paraId="56B0BCEF" w14:textId="5BE2AAE1" w:rsidR="00DC42ED" w:rsidRDefault="00000000">
      <w:pPr>
        <w:spacing w:after="12" w:line="235" w:lineRule="auto"/>
      </w:pPr>
      <w:r>
        <w:rPr>
          <w:b/>
          <w:sz w:val="17"/>
        </w:rPr>
        <w:t xml:space="preserve">ML Libraries: </w:t>
      </w:r>
      <w:r>
        <w:rPr>
          <w:sz w:val="17"/>
        </w:rPr>
        <w:t>Scikit-learn;</w:t>
      </w:r>
      <w:r w:rsidR="005A3140">
        <w:rPr>
          <w:sz w:val="17"/>
        </w:rPr>
        <w:t xml:space="preserve"> </w:t>
      </w:r>
      <w:r>
        <w:rPr>
          <w:sz w:val="17"/>
        </w:rPr>
        <w:t>working knowledge of Pandas, NumPy, Matplotlib and Jupyter</w:t>
      </w:r>
    </w:p>
    <w:p w14:paraId="554D02F3" w14:textId="77777777" w:rsidR="00DC42ED" w:rsidRDefault="00000000">
      <w:pPr>
        <w:spacing w:after="12" w:line="235" w:lineRule="auto"/>
      </w:pPr>
      <w:r>
        <w:rPr>
          <w:b/>
          <w:sz w:val="17"/>
        </w:rPr>
        <w:t xml:space="preserve">Data &amp; Modeling: </w:t>
      </w:r>
      <w:r>
        <w:rPr>
          <w:sz w:val="17"/>
        </w:rPr>
        <w:t>Data preprocessing, feature engineering, train-test split, EDA fundamentals, accuracy, precision, recall, F1-score, confusion matrix</w:t>
      </w:r>
    </w:p>
    <w:p w14:paraId="06771439" w14:textId="77777777" w:rsidR="00DC42ED" w:rsidRDefault="00000000">
      <w:pPr>
        <w:spacing w:after="12" w:line="235" w:lineRule="auto"/>
      </w:pPr>
      <w:r>
        <w:rPr>
          <w:b/>
        </w:rPr>
        <w:t xml:space="preserve">AI Engineering: </w:t>
      </w:r>
      <w:r>
        <w:t>REST API fundamentals, model deployment concepts, AI workflow/pipeline concepts</w:t>
      </w:r>
    </w:p>
    <w:p w14:paraId="214F906C" w14:textId="77777777" w:rsidR="00DC42ED" w:rsidRDefault="00000000">
      <w:pPr>
        <w:spacing w:after="12" w:line="235" w:lineRule="auto"/>
      </w:pPr>
      <w:r>
        <w:rPr>
          <w:b/>
          <w:sz w:val="17"/>
        </w:rPr>
        <w:t xml:space="preserve">Generative AI: </w:t>
      </w:r>
      <w:r>
        <w:rPr>
          <w:sz w:val="17"/>
        </w:rPr>
        <w:t>LLM and Generative AI fundamentals, prompt engineering, vector database concepts</w:t>
      </w:r>
    </w:p>
    <w:p w14:paraId="04643E2E" w14:textId="77777777" w:rsidR="00DC42ED" w:rsidRDefault="00000000">
      <w:pPr>
        <w:spacing w:after="12" w:line="235" w:lineRule="auto"/>
      </w:pPr>
      <w:r>
        <w:rPr>
          <w:b/>
          <w:sz w:val="17"/>
        </w:rPr>
        <w:t xml:space="preserve">Cloud &amp; Tools: </w:t>
      </w:r>
      <w:r>
        <w:rPr>
          <w:sz w:val="17"/>
        </w:rPr>
        <w:t>AWS exposure, Git, GitHub, ServiceNow ITSM, Jira, Q-Test, Power BI, Dynatrace (working knowledge)</w:t>
      </w:r>
    </w:p>
    <w:p w14:paraId="3E15489F" w14:textId="2E5BAD8C" w:rsidR="00E66FFD" w:rsidRPr="00E66FFD" w:rsidRDefault="00000000">
      <w:pPr>
        <w:spacing w:after="12" w:line="235" w:lineRule="auto"/>
        <w:rPr>
          <w:sz w:val="17"/>
        </w:rPr>
      </w:pPr>
      <w:r>
        <w:rPr>
          <w:b/>
          <w:sz w:val="17"/>
        </w:rPr>
        <w:t xml:space="preserve">Engineering Strengths: </w:t>
      </w:r>
      <w:r>
        <w:rPr>
          <w:sz w:val="17"/>
        </w:rPr>
        <w:t>Problem solving, root cause analysis, research and analytical thinking, production support, automation, stakeholder collaboration</w:t>
      </w:r>
    </w:p>
    <w:p w14:paraId="0DD0050C" w14:textId="77777777" w:rsidR="00DC42ED" w:rsidRDefault="00000000">
      <w:pPr>
        <w:pBdr>
          <w:bottom w:val="single" w:sz="10" w:space="2" w:color="1F4E79"/>
        </w:pBdr>
        <w:spacing w:before="60" w:after="20" w:line="235" w:lineRule="auto"/>
      </w:pPr>
      <w:r>
        <w:rPr>
          <w:b/>
          <w:color w:val="1F4E79"/>
          <w:sz w:val="20"/>
        </w:rPr>
        <w:t>PROFESSIONAL EXPERIENCE</w:t>
      </w:r>
    </w:p>
    <w:p w14:paraId="005E582F" w14:textId="20282589" w:rsidR="00DC42ED" w:rsidRDefault="00000000">
      <w:pPr>
        <w:spacing w:after="20" w:line="235" w:lineRule="auto"/>
        <w:rPr>
          <w:sz w:val="17"/>
        </w:rPr>
      </w:pPr>
      <w:r>
        <w:rPr>
          <w:b/>
          <w:sz w:val="17"/>
        </w:rPr>
        <w:t xml:space="preserve">Role progression: </w:t>
      </w:r>
      <w:r>
        <w:rPr>
          <w:sz w:val="17"/>
        </w:rPr>
        <w:t>Systems Engineer (Oct 2021 - Sep 2023) → Senior Systems Engineer (Oct 2023 - Sep 2025) → Digital Specialist Engineer (Oct 2025 - Present)</w:t>
      </w:r>
      <w:r w:rsidR="00E66FFD">
        <w:rPr>
          <w:sz w:val="17"/>
        </w:rPr>
        <w:br/>
      </w:r>
    </w:p>
    <w:p w14:paraId="3E69A6BE" w14:textId="77777777" w:rsidR="00DC42ED" w:rsidRDefault="00000000">
      <w:pPr>
        <w:spacing w:after="0" w:line="235" w:lineRule="auto"/>
      </w:pPr>
      <w:r>
        <w:rPr>
          <w:b/>
        </w:rPr>
        <w:t>Infosys — AI/ML Engineer / Digital Specialist Engineer</w:t>
      </w:r>
      <w:r>
        <w:t xml:space="preserve"> | Oct 2025 - Present</w:t>
      </w:r>
    </w:p>
    <w:p w14:paraId="762E8C2E" w14:textId="5BF575A1" w:rsidR="00DC42ED" w:rsidRPr="00E66FFD" w:rsidRDefault="00000000">
      <w:pPr>
        <w:spacing w:after="20" w:line="235" w:lineRule="auto"/>
        <w:ind w:left="216" w:hanging="158"/>
      </w:pPr>
      <w:r w:rsidRPr="00E66FFD">
        <w:rPr>
          <w:sz w:val="17"/>
        </w:rPr>
        <w:t>• Designed and built a Customer Message Intelligence System, an end-to-end multiclass NLP classification solution using Python, Pandas, scikit-learn, TF-IDF and Logistic Regression to categorize customer messages into Product Support, Delivery, Billing and Login Issue categories.</w:t>
      </w:r>
    </w:p>
    <w:p w14:paraId="72C4C209" w14:textId="0B411CAB" w:rsidR="00DC42ED" w:rsidRPr="00E66FFD" w:rsidRDefault="00000000">
      <w:pPr>
        <w:spacing w:after="20" w:line="235" w:lineRule="auto"/>
        <w:ind w:left="216" w:hanging="158"/>
      </w:pPr>
      <w:r w:rsidRPr="00E66FFD">
        <w:rPr>
          <w:sz w:val="17"/>
        </w:rPr>
        <w:t>• Engineered the full ML pipeline — text preprocessing, a 75/25 train-test split, and TF-IDF feature extraction using unigram and bigram representations — to prepare customer-text data for model training and validate predictions on unseen messages.</w:t>
      </w:r>
    </w:p>
    <w:p w14:paraId="0154C0E5" w14:textId="77777777" w:rsidR="00DC42ED" w:rsidRPr="00E66FFD" w:rsidRDefault="00000000">
      <w:pPr>
        <w:spacing w:after="20" w:line="235" w:lineRule="auto"/>
        <w:ind w:left="216" w:hanging="158"/>
      </w:pPr>
      <w:r w:rsidRPr="00E66FFD">
        <w:rPr>
          <w:sz w:val="17"/>
        </w:rPr>
        <w:t>• Evaluated multiclass classification performance using accuracy, precision, recall, F1-score and confusion-matrix analysis, with attention to class imbalance, overfitting and unseen vocabulary to improve model reliability.</w:t>
      </w:r>
    </w:p>
    <w:p w14:paraId="2B78BAC7" w14:textId="77777777" w:rsidR="00DC42ED" w:rsidRPr="00E66FFD" w:rsidRDefault="00000000">
      <w:pPr>
        <w:spacing w:after="20" w:line="235" w:lineRule="auto"/>
        <w:ind w:left="216" w:hanging="158"/>
      </w:pPr>
      <w:r w:rsidRPr="00E66FFD">
        <w:rPr>
          <w:sz w:val="17"/>
        </w:rPr>
        <w:t>• Built a Customer Churn Prediction model in Python, implementing a complete classification workflow — data preprocessing, exploratory data analysis, feature preparation, model development and prediction — using supervised-learning techniques and evaluation-oriented comparison rather than relying on training performance alone.</w:t>
      </w:r>
    </w:p>
    <w:p w14:paraId="51A236DD" w14:textId="77777777" w:rsidR="00DC42ED" w:rsidRPr="00E66FFD" w:rsidRDefault="00000000">
      <w:pPr>
        <w:spacing w:after="20" w:line="235" w:lineRule="auto"/>
        <w:ind w:left="216" w:hanging="158"/>
      </w:pPr>
      <w:r w:rsidRPr="00E66FFD">
        <w:rPr>
          <w:sz w:val="17"/>
        </w:rPr>
        <w:t>• Maintained both projects on GitHub as reproducible, end-to-end ML implementations, establishing a foundation to extend toward API-based model deployment and monitoring.</w:t>
      </w:r>
    </w:p>
    <w:p w14:paraId="571FA812" w14:textId="77777777" w:rsidR="00DC42ED" w:rsidRPr="00E66FFD" w:rsidRDefault="00000000">
      <w:pPr>
        <w:spacing w:after="20" w:line="235" w:lineRule="auto"/>
        <w:ind w:left="216" w:hanging="158"/>
      </w:pPr>
      <w:r w:rsidRPr="00E66FFD">
        <w:rPr>
          <w:sz w:val="17"/>
        </w:rPr>
        <w:t>• Worked on automation-oriented problem solving and explored practical AI-driven approaches for reducing repetitive effort and improving engineering workflows.</w:t>
      </w:r>
    </w:p>
    <w:p w14:paraId="747F8C5C" w14:textId="32D4276F" w:rsidR="00DC42ED" w:rsidRPr="00E66FFD" w:rsidRDefault="00000000">
      <w:pPr>
        <w:spacing w:after="20" w:line="235" w:lineRule="auto"/>
        <w:ind w:left="216" w:hanging="158"/>
        <w:rPr>
          <w:sz w:val="17"/>
        </w:rPr>
      </w:pPr>
      <w:r w:rsidRPr="00E66FFD">
        <w:rPr>
          <w:sz w:val="17"/>
        </w:rPr>
        <w:t xml:space="preserve">• Continued L3 application engineering responsibilities across SQL/MySQL data investigation, </w:t>
      </w:r>
      <w:r w:rsidR="0080218E">
        <w:rPr>
          <w:sz w:val="17"/>
        </w:rPr>
        <w:t>enterprise</w:t>
      </w:r>
      <w:r w:rsidRPr="00E66FFD">
        <w:rPr>
          <w:sz w:val="17"/>
        </w:rPr>
        <w:t xml:space="preserve"> applications, integrations, deployments, RCA and cross-functional issue resolution.</w:t>
      </w:r>
      <w:r w:rsidR="00E66FFD">
        <w:rPr>
          <w:sz w:val="17"/>
        </w:rPr>
        <w:br/>
      </w:r>
    </w:p>
    <w:p w14:paraId="5C388CBF" w14:textId="77777777" w:rsidR="00DC42ED" w:rsidRDefault="00000000">
      <w:pPr>
        <w:spacing w:before="60" w:after="0" w:line="235" w:lineRule="auto"/>
      </w:pPr>
      <w:r>
        <w:rPr>
          <w:b/>
          <w:sz w:val="17"/>
        </w:rPr>
        <w:t>Infosys — Senior Systems Engineer | Production Support Engineer</w:t>
      </w:r>
      <w:r>
        <w:rPr>
          <w:sz w:val="17"/>
        </w:rPr>
        <w:t xml:space="preserve"> | Oct 2023 - Sep 2025</w:t>
      </w:r>
    </w:p>
    <w:p w14:paraId="007C67D0" w14:textId="77777777" w:rsidR="00DC42ED" w:rsidRPr="00E66FFD" w:rsidRDefault="00000000">
      <w:pPr>
        <w:spacing w:after="20" w:line="235" w:lineRule="auto"/>
        <w:ind w:left="216" w:hanging="158"/>
      </w:pPr>
      <w:r w:rsidRPr="00E66FFD">
        <w:rPr>
          <w:sz w:val="17"/>
        </w:rPr>
        <w:t>• Provided L3 production support for regulated pharmaceutical and Life Sciences applications, investigating incidents and recurring issues while maintaining SLA-driven service availability.</w:t>
      </w:r>
    </w:p>
    <w:p w14:paraId="3FA743AB" w14:textId="77777777" w:rsidR="00DC42ED" w:rsidRPr="00E66FFD" w:rsidRDefault="00000000">
      <w:pPr>
        <w:spacing w:after="20" w:line="235" w:lineRule="auto"/>
        <w:ind w:left="216" w:hanging="158"/>
      </w:pPr>
      <w:r w:rsidRPr="00E66FFD">
        <w:rPr>
          <w:sz w:val="17"/>
        </w:rPr>
        <w:t>• Performed root cause analysis, SQL/MySQL backend validation and troubleshooting across application, database, integration and infrastructure layers.</w:t>
      </w:r>
    </w:p>
    <w:p w14:paraId="0EDBDE4D" w14:textId="77777777" w:rsidR="00DC42ED" w:rsidRPr="00E66FFD" w:rsidRDefault="00000000">
      <w:pPr>
        <w:spacing w:after="20" w:line="235" w:lineRule="auto"/>
        <w:ind w:left="216" w:hanging="158"/>
      </w:pPr>
      <w:r w:rsidRPr="00E66FFD">
        <w:rPr>
          <w:sz w:val="17"/>
        </w:rPr>
        <w:t>• Managed incidents, service requests, problem records and RFC/change activities through ServiceNow ITSM and coordinated deployments with development, CloudOps, vendor and business teams.</w:t>
      </w:r>
    </w:p>
    <w:p w14:paraId="551BF6E2" w14:textId="3F34AF18" w:rsidR="00E66FFD" w:rsidRPr="00E66FFD" w:rsidRDefault="00000000" w:rsidP="00E66FFD">
      <w:pPr>
        <w:spacing w:after="20" w:line="235" w:lineRule="auto"/>
        <w:ind w:left="216" w:hanging="158"/>
        <w:rPr>
          <w:sz w:val="17"/>
        </w:rPr>
      </w:pPr>
      <w:r w:rsidRPr="00E66FFD">
        <w:rPr>
          <w:sz w:val="17"/>
        </w:rPr>
        <w:t>• Supported Java-based enterprise applications, integration flows, release activities, system monitoring and stakeholder communication; maintained zero escalations through proactive ownership.</w:t>
      </w:r>
      <w:r w:rsidR="00E66FFD">
        <w:rPr>
          <w:sz w:val="17"/>
        </w:rPr>
        <w:br/>
      </w:r>
    </w:p>
    <w:p w14:paraId="2DE8A8C6" w14:textId="77777777" w:rsidR="00DC42ED" w:rsidRDefault="00000000">
      <w:pPr>
        <w:spacing w:before="60" w:after="0" w:line="235" w:lineRule="auto"/>
      </w:pPr>
      <w:r>
        <w:rPr>
          <w:b/>
          <w:sz w:val="17"/>
        </w:rPr>
        <w:t>Infosys — Systems Engineer | Business Analysis, Data Integration &amp; Testing</w:t>
      </w:r>
      <w:r>
        <w:rPr>
          <w:sz w:val="17"/>
        </w:rPr>
        <w:t xml:space="preserve"> | Oct 2021 - Sep 2023</w:t>
      </w:r>
    </w:p>
    <w:p w14:paraId="519F8DC5" w14:textId="77777777" w:rsidR="00DC42ED" w:rsidRPr="00E66FFD" w:rsidRDefault="00000000">
      <w:pPr>
        <w:spacing w:after="20" w:line="235" w:lineRule="auto"/>
        <w:ind w:left="216" w:hanging="158"/>
      </w:pPr>
      <w:r w:rsidRPr="00E66FFD">
        <w:rPr>
          <w:sz w:val="17"/>
        </w:rPr>
        <w:t>• Worked on enterprise data migration and integration activities, supporting data consistency, validation, requirement gathering and testing.</w:t>
      </w:r>
    </w:p>
    <w:p w14:paraId="710E903C" w14:textId="77777777" w:rsidR="00DC42ED" w:rsidRPr="00E66FFD" w:rsidRDefault="00000000">
      <w:pPr>
        <w:spacing w:after="20" w:line="235" w:lineRule="auto"/>
        <w:ind w:left="216" w:hanging="158"/>
      </w:pPr>
      <w:r w:rsidRPr="00E66FFD">
        <w:rPr>
          <w:sz w:val="17"/>
        </w:rPr>
        <w:t>• Used Jira and Q-Test for defect tracking, delivery coordination and test management while collaborating with cross-functional stakeholders.</w:t>
      </w:r>
    </w:p>
    <w:p w14:paraId="56C04D8C" w14:textId="77777777" w:rsidR="00DC42ED" w:rsidRPr="00E66FFD" w:rsidRDefault="00000000">
      <w:pPr>
        <w:spacing w:after="20" w:line="235" w:lineRule="auto"/>
        <w:ind w:left="216" w:hanging="158"/>
      </w:pPr>
      <w:r w:rsidRPr="00E66FFD">
        <w:rPr>
          <w:sz w:val="17"/>
        </w:rPr>
        <w:t>• Led a 21-member team during selected project phases, supporting delivery tracking, process improvement and stakeholder communication.</w:t>
      </w:r>
    </w:p>
    <w:p w14:paraId="2A6BE886" w14:textId="77777777" w:rsidR="00DC42ED" w:rsidRDefault="00000000">
      <w:pPr>
        <w:pBdr>
          <w:bottom w:val="single" w:sz="10" w:space="2" w:color="1F4E79"/>
        </w:pBdr>
        <w:spacing w:before="60" w:after="20" w:line="235" w:lineRule="auto"/>
      </w:pPr>
      <w:r>
        <w:rPr>
          <w:b/>
          <w:color w:val="1F4E79"/>
          <w:sz w:val="20"/>
        </w:rPr>
        <w:t>CERTIFICATIONS</w:t>
      </w:r>
    </w:p>
    <w:p w14:paraId="08C42F67" w14:textId="77777777" w:rsidR="00DC42ED" w:rsidRDefault="00000000">
      <w:pPr>
        <w:spacing w:line="235" w:lineRule="auto"/>
      </w:pPr>
      <w:r>
        <w:rPr>
          <w:sz w:val="17"/>
        </w:rPr>
        <w:t>Infosys Certified Generative AI | Infosys Certified Cloud Practitioner / Associate | Infosys Certified Microsoft Power BI | Infosys Agile Developer | Infosys Certified Advanced Excel</w:t>
      </w:r>
    </w:p>
    <w:p w14:paraId="695B4A46" w14:textId="77777777" w:rsidR="00DC42ED" w:rsidRDefault="00000000">
      <w:pPr>
        <w:pBdr>
          <w:bottom w:val="single" w:sz="10" w:space="2" w:color="1F4E79"/>
        </w:pBdr>
        <w:spacing w:before="60" w:after="20" w:line="235" w:lineRule="auto"/>
      </w:pPr>
      <w:r>
        <w:rPr>
          <w:b/>
          <w:color w:val="1F4E79"/>
          <w:sz w:val="20"/>
        </w:rPr>
        <w:t>ACHIEVEMENTS</w:t>
      </w:r>
    </w:p>
    <w:p w14:paraId="6E3D40AF" w14:textId="77777777" w:rsidR="00DC42ED" w:rsidRDefault="00000000">
      <w:pPr>
        <w:spacing w:after="20" w:line="235" w:lineRule="auto"/>
        <w:ind w:left="216" w:hanging="158"/>
      </w:pPr>
      <w:r>
        <w:rPr>
          <w:sz w:val="17"/>
        </w:rPr>
        <w:t>• Pfizer Champ Award (FY 2022-23) and four Infosys Insta Awards.</w:t>
      </w:r>
    </w:p>
    <w:p w14:paraId="3EE770EF" w14:textId="77777777" w:rsidR="00DC42ED" w:rsidRDefault="00000000">
      <w:pPr>
        <w:spacing w:after="20" w:line="235" w:lineRule="auto"/>
        <w:ind w:left="216" w:hanging="158"/>
      </w:pPr>
      <w:r>
        <w:rPr>
          <w:sz w:val="17"/>
        </w:rPr>
        <w:t>• Recognized by stakeholders for ownership, responsiveness, cross-functional coordination, incident resolution and deployment support.</w:t>
      </w:r>
    </w:p>
    <w:p w14:paraId="4FE4684D" w14:textId="77777777" w:rsidR="00DC42ED" w:rsidRDefault="00000000">
      <w:pPr>
        <w:pBdr>
          <w:bottom w:val="single" w:sz="10" w:space="2" w:color="1F4E79"/>
        </w:pBdr>
        <w:spacing w:before="60" w:after="20" w:line="235" w:lineRule="auto"/>
      </w:pPr>
      <w:r>
        <w:rPr>
          <w:b/>
          <w:color w:val="1F4E79"/>
          <w:sz w:val="20"/>
        </w:rPr>
        <w:t>EDUCATION</w:t>
      </w:r>
    </w:p>
    <w:p w14:paraId="088225E5" w14:textId="77777777" w:rsidR="00DC42ED" w:rsidRDefault="00000000">
      <w:pPr>
        <w:spacing w:after="0" w:line="235" w:lineRule="auto"/>
      </w:pPr>
      <w:r>
        <w:rPr>
          <w:b/>
          <w:sz w:val="17"/>
        </w:rPr>
        <w:t>Bachelor of Technology in Electronics and Communication Engineering</w:t>
      </w:r>
      <w:r>
        <w:rPr>
          <w:sz w:val="17"/>
        </w:rPr>
        <w:t xml:space="preserve"> | Shri Vishnu Engineering College for Women, Bhimavaram | 2018 - 2021</w:t>
      </w:r>
    </w:p>
    <w:sectPr w:rsidR="00DC42ED" w:rsidSect="00034616">
      <w:pgSz w:w="12240" w:h="15840"/>
      <w:pgMar w:top="220" w:right="792" w:bottom="2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0216958">
    <w:abstractNumId w:val="8"/>
  </w:num>
  <w:num w:numId="2" w16cid:durableId="778567977">
    <w:abstractNumId w:val="6"/>
  </w:num>
  <w:num w:numId="3" w16cid:durableId="1084953771">
    <w:abstractNumId w:val="5"/>
  </w:num>
  <w:num w:numId="4" w16cid:durableId="1206412860">
    <w:abstractNumId w:val="4"/>
  </w:num>
  <w:num w:numId="5" w16cid:durableId="631057898">
    <w:abstractNumId w:val="7"/>
  </w:num>
  <w:num w:numId="6" w16cid:durableId="386269774">
    <w:abstractNumId w:val="3"/>
  </w:num>
  <w:num w:numId="7" w16cid:durableId="1297376207">
    <w:abstractNumId w:val="2"/>
  </w:num>
  <w:num w:numId="8" w16cid:durableId="1825511779">
    <w:abstractNumId w:val="1"/>
  </w:num>
  <w:num w:numId="9" w16cid:durableId="604773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4F42"/>
    <w:rsid w:val="005A3140"/>
    <w:rsid w:val="0080218E"/>
    <w:rsid w:val="00946CC7"/>
    <w:rsid w:val="00972E08"/>
    <w:rsid w:val="00994530"/>
    <w:rsid w:val="00AA1D8D"/>
    <w:rsid w:val="00B47730"/>
    <w:rsid w:val="00CB0664"/>
    <w:rsid w:val="00DC42ED"/>
    <w:rsid w:val="00E66F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CB035B"/>
  <w14:defaultImageDpi w14:val="300"/>
  <w15:docId w15:val="{8ED6CBBA-8411-4CA2-96D9-412C59F5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4" w:line="240" w:lineRule="auto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github.com/MalleswariKosur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Malleswari Kosuri</cp:lastModifiedBy>
  <cp:revision>2</cp:revision>
  <dcterms:created xsi:type="dcterms:W3CDTF">2026-10-07T09:53:00Z</dcterms:created>
  <dcterms:modified xsi:type="dcterms:W3CDTF">2026-10-07T09:53:00Z</dcterms:modified>
  <cp:category/>
</cp:coreProperties>
</file>